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A47D5"/>
          <w:sz w:val="40"/>
        </w:rPr>
        <w:t>Employee survey emails: 7 ready-to-send messages</w:t>
      </w:r>
    </w:p>
    <w:p>
      <w:r>
        <w:rPr>
          <w:b w:val="0"/>
          <w:color w:val="555555"/>
          <w:sz w:val="22"/>
        </w:rPr>
        <w:t>From the first announcement to sharing what changed. Replace everything in [brackets].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Send messages 1 to 5 from a senior leader or the person employees trust most. Send 6 and 7 from managers to their own teams.</w:t>
            </w:r>
          </w:p>
        </w:tc>
      </w:tr>
    </w:tbl>
    <w:p/>
    <w:p>
      <w:pPr>
        <w:spacing w:before="240"/>
      </w:pPr>
      <w:r>
        <w:rPr>
          <w:b/>
          <w:color w:val="3A47D5"/>
          <w:sz w:val="27"/>
        </w:rPr>
        <w:t>1. Announcement (1 week before)</w:t>
      </w:r>
    </w:p>
    <w:p>
      <w:r>
        <w:rPr>
          <w:b/>
        </w:rPr>
        <w:t>Subject:</w:t>
      </w:r>
      <w:r>
        <w:rPr>
          <w:b w:val="0"/>
        </w:rPr>
        <w:t xml:space="preserve"> We want to hear how work is going</w:t>
      </w:r>
    </w:p>
    <w:p>
      <w:r>
        <w:rPr>
          <w:b w:val="0"/>
        </w:rPr>
        <w:t>Hi everyone,</w:t>
        <w:br/>
        <w:br/>
        <w:t>Next [day], we are opening a short survey about working here. It takes about [X] minutes. It is anonymous: results are only reported for groups of 5 or more people.</w:t>
        <w:br/>
        <w:br/>
        <w:t>We will share the results with everyone within [2 weeks] of the survey closing, along with what we plan to do about them.</w:t>
        <w:br/>
        <w:br/>
        <w:t>Thank you,</w:t>
        <w:br/>
        <w:t>[Name]</w:t>
      </w:r>
    </w:p>
    <w:p>
      <w:pPr>
        <w:spacing w:before="240"/>
      </w:pPr>
      <w:r>
        <w:rPr>
          <w:b/>
          <w:color w:val="3A47D5"/>
          <w:sz w:val="27"/>
        </w:rPr>
        <w:t>2. Launch (the day it opens)</w:t>
      </w:r>
    </w:p>
    <w:p>
      <w:r>
        <w:rPr>
          <w:b w:val="0"/>
        </w:rPr>
        <w:t>Subject: A short survey about working here</w:t>
        <w:br/>
        <w:t>Hi everyone,</w:t>
        <w:br/>
        <w:t>We are running a short survey to hear how work is going. It takes about [X] minutes and is anonymous. We will only report results for groups of 5 or more people, so no individual can be identified.</w:t>
        <w:br/>
        <w:t>The survey closes on [date]. We will share what we found, and what we will do about it, by [date].</w:t>
        <w:br/>
        <w:t>Thank you,</w:t>
        <w:br/>
        <w:t>[Name]</w:t>
      </w:r>
    </w:p>
    <w:p>
      <w:pPr>
        <w:spacing w:before="240"/>
      </w:pPr>
      <w:r>
        <w:rPr>
          <w:b/>
          <w:color w:val="3A47D5"/>
          <w:sz w:val="27"/>
        </w:rPr>
        <w:t>3. First reminder (halfway)</w:t>
      </w:r>
    </w:p>
    <w:p>
      <w:r>
        <w:rPr>
          <w:b/>
        </w:rPr>
        <w:t>Subject:</w:t>
      </w:r>
      <w:r>
        <w:rPr>
          <w:b w:val="0"/>
        </w:rPr>
        <w:t xml:space="preserve"> [X] days left: the survey closes on [date]</w:t>
        <w:br/>
        <w:br/>
        <w:t>Hi everyone,</w:t>
        <w:br/>
        <w:br/>
        <w:t>Thank you to everyone who has already answered. So far [X]% of people have taken part. If you have not had the chance yet, the survey takes about [X] minutes: [link]</w:t>
        <w:br/>
        <w:br/>
        <w:t>[Name]</w:t>
      </w:r>
    </w:p>
    <w:p>
      <w:pPr>
        <w:spacing w:before="240"/>
      </w:pPr>
      <w:r>
        <w:rPr>
          <w:b/>
          <w:color w:val="3A47D5"/>
          <w:sz w:val="27"/>
        </w:rPr>
        <w:t>4. Last reminder (the day before it closes)</w:t>
      </w:r>
    </w:p>
    <w:p>
      <w:r>
        <w:rPr>
          <w:b/>
        </w:rPr>
        <w:t>Subject:</w:t>
      </w:r>
      <w:r>
        <w:rPr>
          <w:b w:val="0"/>
        </w:rPr>
        <w:t xml:space="preserve"> The survey closes tomorrow</w:t>
        <w:br/>
        <w:br/>
        <w:t>Hi everyone,</w:t>
        <w:br/>
        <w:br/>
        <w:t>The survey closes tomorrow at [time]. Every answer helps us see what to fix first. [link]</w:t>
        <w:br/>
        <w:br/>
        <w:t>[Name]</w:t>
      </w:r>
    </w:p>
    <w:p>
      <w:pPr>
        <w:spacing w:before="240"/>
      </w:pPr>
      <w:r>
        <w:rPr>
          <w:b/>
          <w:color w:val="3A47D5"/>
          <w:sz w:val="27"/>
        </w:rPr>
        <w:t>5. Thank you (when it closes)</w:t>
      </w:r>
    </w:p>
    <w:p>
      <w:r>
        <w:rPr>
          <w:b/>
        </w:rPr>
        <w:t>Subject:</w:t>
      </w:r>
      <w:r>
        <w:rPr>
          <w:b w:val="0"/>
        </w:rPr>
        <w:t xml:space="preserve"> Thank you for answering</w:t>
        <w:br/>
        <w:br/>
        <w:t>Hi everyone,</w:t>
        <w:br/>
        <w:br/>
        <w:t>[X]% of you answered the survey. Thank you. We are reading every comment now. On [date], we will share the results and the first changes we plan to make.</w:t>
        <w:br/>
        <w:br/>
        <w:t>[Name]</w:t>
      </w:r>
    </w:p>
    <w:p>
      <w:pPr>
        <w:spacing w:before="240"/>
      </w:pPr>
      <w:r>
        <w:rPr>
          <w:b/>
          <w:color w:val="3A47D5"/>
          <w:sz w:val="27"/>
        </w:rPr>
        <w:t>6. Results (within 2 weeks of closing)</w:t>
      </w:r>
    </w:p>
    <w:p>
      <w:r>
        <w:rPr>
          <w:b/>
        </w:rPr>
        <w:t>Subject:</w:t>
      </w:r>
      <w:r>
        <w:rPr>
          <w:b w:val="0"/>
        </w:rPr>
        <w:t xml:space="preserve"> What you told us, and what happens next</w:t>
        <w:br/>
        <w:br/>
        <w:t>Hi team,</w:t>
        <w:br/>
        <w:br/>
        <w:t>Here is what the survey showed for our team:</w:t>
        <w:br/>
        <w:br/>
        <w:t>- What is going well: [1 or 2 results]</w:t>
        <w:br/>
        <w:t>- What needs work: [1 or 2 results]</w:t>
        <w:br/>
        <w:t>- What we will do first: [1 action, owner, date]</w:t>
        <w:br/>
        <w:br/>
        <w:t>I would like to talk about this together at our meeting on [date]. Come with ideas, especially about [lowest result].</w:t>
        <w:br/>
        <w:br/>
        <w:t>[Manager name]</w:t>
      </w:r>
    </w:p>
    <w:p>
      <w:pPr>
        <w:spacing w:before="240"/>
      </w:pPr>
      <w:r>
        <w:rPr>
          <w:b/>
          <w:color w:val="3A47D5"/>
          <w:sz w:val="27"/>
        </w:rPr>
        <w:t>7. Progress update (6 to 8 weeks later)</w:t>
      </w:r>
    </w:p>
    <w:p>
      <w:r>
        <w:rPr>
          <w:b/>
        </w:rPr>
        <w:t>Subject:</w:t>
      </w:r>
      <w:r>
        <w:rPr>
          <w:b w:val="0"/>
        </w:rPr>
        <w:t xml:space="preserve"> An update on what we changed after the survey</w:t>
        <w:br/>
        <w:br/>
        <w:t>Hi team,</w:t>
        <w:br/>
        <w:br/>
        <w:t>After the survey, we agreed to [action]. Here is where it stands: [done / in progress / what changed]. Next we will [next step]. We will ask again in the next survey on [date] to see whether it made a difference.</w:t>
        <w:br/>
        <w:br/>
        <w:t>[Manager name]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employeesurveyquestions.com/free-downloads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employeesurveyquestions.com/free-downloads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survey emails: 7 ready-to-send messages</dc:title>
  <dc:subject/>
  <dc:creator>thrive at work</dc:creator>
  <cp:keywords/>
  <dc:description>Free template from employeesurveyquestions.com/free-downloads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